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4F46E5"/>
          <w:sz w:val="36"/>
        </w:rPr>
        <w:t>РЕЗЮМЕ</w:t>
      </w:r>
    </w:p>
    <w:p>
      <w:pPr>
        <w:spacing w:after="240"/>
      </w:pPr>
      <w:r>
        <w:rPr>
          <w:color w:val="6B7280"/>
          <w:sz w:val="18"/>
        </w:rPr>
        <w:t>Бланк для заполнения · Rabota-Help.ru · 2026</w:t>
      </w:r>
    </w:p>
    <w:p>
      <w:pPr>
        <w:spacing w:after="80"/>
      </w:pPr>
      <w:r>
        <w:rPr>
          <w:b/>
          <w:color w:val="4F46E5"/>
          <w:sz w:val="22"/>
        </w:rPr>
        <w:t>ЛИЧНЫЕ ДАННЫЕ</w:t>
      </w:r>
    </w:p>
    <w:p>
      <w:pPr>
        <w:spacing w:after="0"/>
      </w:pPr>
      <w:r>
        <w:rPr>
          <w:b/>
          <w:color w:val="6B7280"/>
          <w:sz w:val="18"/>
        </w:rPr>
        <w:t>Фамилия Имя Отчество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Иванов Иван Иванович</w:t>
      </w:r>
    </w:p>
    <w:p>
      <w:pPr>
        <w:spacing w:after="0"/>
      </w:pPr>
      <w:r>
        <w:rPr>
          <w:b/>
          <w:color w:val="6B7280"/>
          <w:sz w:val="18"/>
        </w:rPr>
        <w:t>Желаемая должность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Например: Менеджер по продажам</w:t>
      </w:r>
    </w:p>
    <w:p>
      <w:pPr>
        <w:spacing w:after="0"/>
      </w:pPr>
      <w:r>
        <w:rPr>
          <w:b/>
          <w:color w:val="6B7280"/>
          <w:sz w:val="18"/>
        </w:rPr>
        <w:t>Город проживания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Москва</w:t>
      </w:r>
    </w:p>
    <w:p>
      <w:pPr>
        <w:spacing w:after="0"/>
      </w:pPr>
      <w:r>
        <w:rPr>
          <w:b/>
          <w:color w:val="6B7280"/>
          <w:sz w:val="18"/>
        </w:rPr>
        <w:t>Телефон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+7 (___) ___-__-__</w:t>
      </w:r>
    </w:p>
    <w:p>
      <w:pPr>
        <w:spacing w:after="0"/>
      </w:pPr>
      <w:r>
        <w:rPr>
          <w:b/>
          <w:color w:val="6B7280"/>
          <w:sz w:val="18"/>
        </w:rPr>
        <w:t>Email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example@email.ru</w:t>
      </w:r>
    </w:p>
    <w:p>
      <w:pPr>
        <w:spacing w:after="0"/>
      </w:pPr>
      <w:r>
        <w:rPr>
          <w:b/>
          <w:color w:val="6B7280"/>
          <w:sz w:val="18"/>
        </w:rPr>
        <w:t>Telegram / LinkedIn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@username или ссылка на профиль</w:t>
      </w:r>
    </w:p>
    <w:p>
      <w:pPr>
        <w:spacing w:after="80"/>
      </w:pPr>
      <w:r>
        <w:rPr>
          <w:b/>
          <w:color w:val="4F46E5"/>
          <w:sz w:val="22"/>
        </w:rPr>
        <w:t>КРАТКОЕ РЕЗЮМЕ (О СЕБЕ)</w:t>
      </w:r>
    </w:p>
    <w:p>
      <w:pPr>
        <w:spacing w:after="0"/>
      </w:pPr>
      <w:r>
        <w:rPr>
          <w:b/>
          <w:color w:val="6B7280"/>
          <w:sz w:val="18"/>
        </w:rPr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3–5 предложений о вашем опыте, ключевых навыках и карьерной цели</w:t>
      </w:r>
    </w:p>
    <w:p>
      <w:pPr>
        <w:spacing w:after="80"/>
      </w:pPr>
      <w:r>
        <w:rPr>
          <w:b/>
          <w:color w:val="4F46E5"/>
          <w:sz w:val="22"/>
        </w:rPr>
        <w:t>ОПЫТ РАБОТЫ</w:t>
      </w:r>
    </w:p>
    <w:p>
      <w:pPr>
        <w:spacing w:after="0"/>
      </w:pPr>
      <w:r>
        <w:rPr>
          <w:b/>
          <w:color w:val="6B7280"/>
          <w:sz w:val="18"/>
        </w:rPr>
        <w:t>Должность / Компания / Период (место работы 1)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Менеджер по продажам · ООО «Компания» · 01.2022 – 12.2024</w:t>
      </w:r>
    </w:p>
    <w:p>
      <w:pPr>
        <w:spacing w:after="0"/>
      </w:pPr>
      <w:r>
        <w:rPr>
          <w:b/>
          <w:color w:val="6B7280"/>
          <w:sz w:val="18"/>
        </w:rPr>
        <w:t>Обязанности и достижения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• Задача 1</w:t>
        <w:br/>
        <w:t>• Задача 2</w:t>
        <w:br/>
        <w:t>• Достижение: увеличил продажи на X%</w:t>
      </w:r>
    </w:p>
    <w:p>
      <w:pPr>
        <w:spacing w:after="0"/>
      </w:pPr>
      <w:r>
        <w:rPr>
          <w:b/>
          <w:color w:val="6B7280"/>
          <w:sz w:val="18"/>
        </w:rPr>
        <w:t>Должность / Компания / Период (место работы 2)</w:t>
      </w:r>
    </w:p>
    <w:p>
      <w:pPr>
        <w:spacing w:after="160"/>
        <w:pBdr>
          <w:bottom w:val="single" w:sz="4" w:space="1" w:color="E5E7EB"/>
        </w:pBdr>
      </w:pPr>
    </w:p>
    <w:p>
      <w:pPr>
        <w:spacing w:after="0"/>
      </w:pPr>
      <w:r>
        <w:rPr>
          <w:b/>
          <w:color w:val="6B7280"/>
          <w:sz w:val="18"/>
        </w:rPr>
        <w:t>Обязанности и достижения</w:t>
      </w:r>
    </w:p>
    <w:p>
      <w:pPr>
        <w:spacing w:after="160"/>
        <w:pBdr>
          <w:bottom w:val="single" w:sz="4" w:space="1" w:color="E5E7EB"/>
        </w:pBdr>
      </w:pPr>
    </w:p>
    <w:p>
      <w:pPr>
        <w:spacing w:after="80"/>
      </w:pPr>
      <w:r>
        <w:rPr>
          <w:b/>
          <w:color w:val="4F46E5"/>
          <w:sz w:val="22"/>
        </w:rPr>
        <w:t>ОБРАЗОВАНИЕ</w:t>
      </w:r>
    </w:p>
    <w:p>
      <w:pPr>
        <w:spacing w:after="0"/>
      </w:pPr>
      <w:r>
        <w:rPr>
          <w:b/>
          <w:color w:val="6B7280"/>
          <w:sz w:val="18"/>
        </w:rPr>
        <w:t>Учебное заведение / Специальность / Год окончания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МГУ · Экономический факультет · 2018</w:t>
      </w:r>
    </w:p>
    <w:p>
      <w:pPr>
        <w:spacing w:after="80"/>
      </w:pPr>
      <w:r>
        <w:rPr>
          <w:b/>
          <w:color w:val="4F46E5"/>
          <w:sz w:val="22"/>
        </w:rPr>
        <w:t>КЛЮЧЕВЫЕ НАВЫКИ</w:t>
      </w:r>
    </w:p>
    <w:p>
      <w:pPr>
        <w:spacing w:after="0"/>
      </w:pPr>
      <w:r>
        <w:rPr>
          <w:b/>
          <w:color w:val="6B7280"/>
          <w:sz w:val="18"/>
        </w:rPr>
        <w:t>Профессиональные навыки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Например: Excel, CRM, переговоры, управление командой</w:t>
      </w:r>
    </w:p>
    <w:p>
      <w:pPr>
        <w:spacing w:after="80"/>
      </w:pPr>
      <w:r>
        <w:rPr>
          <w:b/>
          <w:color w:val="4F46E5"/>
          <w:sz w:val="22"/>
        </w:rPr>
        <w:t>ЯЗЫКИ</w:t>
      </w:r>
    </w:p>
    <w:p>
      <w:pPr>
        <w:spacing w:after="0"/>
      </w:pPr>
      <w:r>
        <w:rPr>
          <w:b/>
          <w:color w:val="6B7280"/>
          <w:sz w:val="18"/>
        </w:rPr>
        <w:t>Язык / Уровень</w:t>
      </w:r>
    </w:p>
    <w:p>
      <w:pPr>
        <w:spacing w:after="160"/>
        <w:pBdr>
          <w:bottom w:val="single" w:sz="4" w:space="1" w:color="E5E7EB"/>
        </w:pBdr>
      </w:pPr>
      <w:r>
        <w:rPr>
          <w:color w:val="D1D5DB"/>
          <w:sz w:val="20"/>
        </w:rPr>
        <w:t>Русский — родной · Английский — B2 (Upper-Intermediate)</w:t>
      </w:r>
    </w:p>
    <w:p>
      <w:r>
        <w:rPr>
          <w:color w:val="9CA3AF"/>
          <w:sz w:val="16"/>
        </w:rPr>
        <w:t>Создано с помощью Rabota-Help.ru · Заполните онлайн с ИИ: rabota-help.ru/create-resume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